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378" w:rsidRPr="0079272D" w:rsidRDefault="003F0378" w:rsidP="00225B77">
      <w:pPr>
        <w:spacing w:before="120" w:after="120" w:line="312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79272D">
        <w:rPr>
          <w:rFonts w:ascii="Times New Roman" w:hAnsi="Times New Roman" w:cs="Times New Roman"/>
          <w:i/>
          <w:color w:val="FF0000"/>
          <w:sz w:val="24"/>
          <w:szCs w:val="24"/>
        </w:rPr>
        <w:t>LA PRESENTE NOTA ES A MODO DE EJEMPLO. LOS TEXTOS EN ROJO SON A COMPLETAR Y/O BORRAR SEGÚN CORRESPONDA.</w:t>
      </w:r>
    </w:p>
    <w:p w:rsidR="00CE319C" w:rsidRPr="00CE319C" w:rsidRDefault="00CE319C" w:rsidP="00225B77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Concordia, </w:t>
      </w:r>
      <w:r w:rsidRPr="00CE319C">
        <w:rPr>
          <w:rFonts w:ascii="Arial" w:hAnsi="Arial" w:cs="Arial"/>
          <w:color w:val="FF0000"/>
          <w:sz w:val="24"/>
          <w:szCs w:val="24"/>
        </w:rPr>
        <w:t>XX</w:t>
      </w:r>
      <w:r w:rsidRPr="00CE319C">
        <w:rPr>
          <w:rFonts w:ascii="Arial" w:hAnsi="Arial" w:cs="Arial"/>
          <w:sz w:val="24"/>
          <w:szCs w:val="24"/>
        </w:rPr>
        <w:t xml:space="preserve"> de </w:t>
      </w:r>
      <w:r w:rsidRPr="00CE319C">
        <w:rPr>
          <w:rFonts w:ascii="Arial" w:hAnsi="Arial" w:cs="Arial"/>
          <w:color w:val="FF0000"/>
          <w:sz w:val="24"/>
          <w:szCs w:val="24"/>
        </w:rPr>
        <w:t>XXXXX</w:t>
      </w:r>
      <w:r w:rsidRPr="00CE319C">
        <w:rPr>
          <w:rFonts w:ascii="Arial" w:hAnsi="Arial" w:cs="Arial"/>
          <w:sz w:val="24"/>
          <w:szCs w:val="24"/>
        </w:rPr>
        <w:t xml:space="preserve"> de </w:t>
      </w:r>
      <w:r w:rsidRPr="00CE319C">
        <w:rPr>
          <w:rFonts w:ascii="Arial" w:hAnsi="Arial" w:cs="Arial"/>
          <w:color w:val="FF0000"/>
          <w:sz w:val="24"/>
          <w:szCs w:val="24"/>
        </w:rPr>
        <w:t>202X</w:t>
      </w:r>
    </w:p>
    <w:p w:rsidR="00C17A4B" w:rsidRPr="00CE319C" w:rsidRDefault="00CE319C" w:rsidP="00225B77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>Ref.: Desvinculación profesional</w:t>
      </w:r>
      <w:r w:rsidR="005D4F84">
        <w:rPr>
          <w:rFonts w:ascii="Arial" w:hAnsi="Arial" w:cs="Arial"/>
          <w:sz w:val="24"/>
          <w:szCs w:val="24"/>
        </w:rPr>
        <w:t>.</w:t>
      </w:r>
    </w:p>
    <w:p w:rsidR="00CE319C" w:rsidRPr="00CE319C" w:rsidRDefault="00CE319C" w:rsidP="00225B77">
      <w:pPr>
        <w:spacing w:before="120" w:after="120" w:line="312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19C">
        <w:rPr>
          <w:rFonts w:ascii="Arial" w:hAnsi="Arial" w:cs="Arial"/>
          <w:sz w:val="24"/>
          <w:szCs w:val="24"/>
          <w:lang w:val="es-MX"/>
        </w:rPr>
        <w:t>Sr. Intendente Municipal</w:t>
      </w:r>
    </w:p>
    <w:p w:rsidR="00CE319C" w:rsidRPr="00CE319C" w:rsidRDefault="00CE319C" w:rsidP="00225B77">
      <w:pPr>
        <w:spacing w:before="120" w:after="120" w:line="312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19C">
        <w:rPr>
          <w:rFonts w:ascii="Arial" w:hAnsi="Arial" w:cs="Arial"/>
          <w:sz w:val="24"/>
          <w:szCs w:val="24"/>
          <w:lang w:val="es-MX"/>
        </w:rPr>
        <w:t xml:space="preserve">Dr. </w:t>
      </w:r>
      <w:proofErr w:type="spellStart"/>
      <w:r w:rsidRPr="00CE319C">
        <w:rPr>
          <w:rFonts w:ascii="Arial" w:hAnsi="Arial" w:cs="Arial"/>
          <w:sz w:val="24"/>
          <w:szCs w:val="24"/>
          <w:lang w:val="es-MX"/>
        </w:rPr>
        <w:t>Azcué</w:t>
      </w:r>
      <w:proofErr w:type="spellEnd"/>
      <w:r w:rsidRPr="00CE319C">
        <w:rPr>
          <w:rFonts w:ascii="Arial" w:hAnsi="Arial" w:cs="Arial"/>
          <w:sz w:val="24"/>
          <w:szCs w:val="24"/>
          <w:lang w:val="es-MX"/>
        </w:rPr>
        <w:t>, Francisco</w:t>
      </w:r>
    </w:p>
    <w:p w:rsidR="00CE319C" w:rsidRPr="00CE319C" w:rsidRDefault="00CE319C" w:rsidP="00225B77">
      <w:pPr>
        <w:spacing w:before="120" w:after="120" w:line="312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19C">
        <w:rPr>
          <w:rFonts w:ascii="Arial" w:hAnsi="Arial" w:cs="Arial"/>
          <w:sz w:val="24"/>
          <w:szCs w:val="24"/>
          <w:lang w:val="es-MX"/>
        </w:rPr>
        <w:t>S/D.</w:t>
      </w:r>
    </w:p>
    <w:p w:rsidR="00C17A4B" w:rsidRPr="00CE319C" w:rsidRDefault="00CE319C" w:rsidP="00225B77">
      <w:pPr>
        <w:spacing w:before="120" w:after="120" w:line="312" w:lineRule="auto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ab/>
        <w:t xml:space="preserve">Quien subscribe, </w:t>
      </w:r>
      <w:r w:rsidRPr="00CE319C">
        <w:rPr>
          <w:rFonts w:ascii="Arial" w:hAnsi="Arial" w:cs="Arial"/>
          <w:color w:val="FF0000"/>
          <w:sz w:val="24"/>
          <w:szCs w:val="24"/>
        </w:rPr>
        <w:t>[Nombre y Apellido]</w:t>
      </w:r>
      <w:r w:rsidRPr="00CE319C">
        <w:rPr>
          <w:rFonts w:ascii="Arial" w:hAnsi="Arial" w:cs="Arial"/>
          <w:sz w:val="24"/>
          <w:szCs w:val="24"/>
        </w:rPr>
        <w:t xml:space="preserve">, D.N.I. N° </w:t>
      </w:r>
      <w:r w:rsidRPr="00CE319C">
        <w:rPr>
          <w:rFonts w:ascii="Arial" w:hAnsi="Arial" w:cs="Arial"/>
          <w:color w:val="FF0000"/>
          <w:sz w:val="24"/>
          <w:szCs w:val="24"/>
        </w:rPr>
        <w:t>XX.XXX.XXX</w:t>
      </w:r>
      <w:r w:rsidRPr="00CE319C">
        <w:rPr>
          <w:rFonts w:ascii="Arial" w:hAnsi="Arial" w:cs="Arial"/>
          <w:sz w:val="24"/>
          <w:szCs w:val="24"/>
        </w:rPr>
        <w:t xml:space="preserve">, con domicilio legal en </w:t>
      </w:r>
      <w:r w:rsidRPr="00CE319C">
        <w:rPr>
          <w:rFonts w:ascii="Arial" w:hAnsi="Arial" w:cs="Arial"/>
          <w:color w:val="FF0000"/>
          <w:sz w:val="24"/>
          <w:szCs w:val="24"/>
        </w:rPr>
        <w:t>[calle y n°],</w:t>
      </w:r>
      <w:r w:rsidRPr="00CE319C">
        <w:rPr>
          <w:rFonts w:ascii="Arial" w:hAnsi="Arial" w:cs="Arial"/>
          <w:sz w:val="24"/>
          <w:szCs w:val="24"/>
        </w:rPr>
        <w:t xml:space="preserve"> en mi carácter de </w:t>
      </w:r>
      <w:r w:rsidR="005D4F84" w:rsidRPr="005D4F84">
        <w:rPr>
          <w:rFonts w:ascii="Arial" w:hAnsi="Arial" w:cs="Arial"/>
          <w:sz w:val="24"/>
          <w:szCs w:val="24"/>
        </w:rPr>
        <w:t>propietario del</w:t>
      </w:r>
      <w:r w:rsidR="00842905">
        <w:rPr>
          <w:rFonts w:ascii="Arial" w:hAnsi="Arial" w:cs="Arial"/>
          <w:sz w:val="24"/>
          <w:szCs w:val="24"/>
        </w:rPr>
        <w:t xml:space="preserve"> inmueble</w:t>
      </w:r>
      <w:r w:rsidR="005D4F84">
        <w:rPr>
          <w:rFonts w:ascii="Arial" w:hAnsi="Arial" w:cs="Arial"/>
          <w:color w:val="FF0000"/>
          <w:sz w:val="24"/>
          <w:szCs w:val="24"/>
        </w:rPr>
        <w:t xml:space="preserve"> </w:t>
      </w:r>
      <w:r w:rsidRPr="00CE319C">
        <w:rPr>
          <w:rFonts w:ascii="Arial" w:hAnsi="Arial" w:cs="Arial"/>
          <w:sz w:val="24"/>
          <w:szCs w:val="24"/>
        </w:rPr>
        <w:t>ubicad</w:t>
      </w:r>
      <w:r w:rsidR="00842905">
        <w:rPr>
          <w:rFonts w:ascii="Arial" w:hAnsi="Arial" w:cs="Arial"/>
          <w:sz w:val="24"/>
          <w:szCs w:val="24"/>
        </w:rPr>
        <w:t>o</w:t>
      </w:r>
      <w:r w:rsidRPr="00CE319C">
        <w:rPr>
          <w:rFonts w:ascii="Arial" w:hAnsi="Arial" w:cs="Arial"/>
          <w:sz w:val="24"/>
          <w:szCs w:val="24"/>
        </w:rPr>
        <w:t xml:space="preserve"> en:</w:t>
      </w:r>
    </w:p>
    <w:p w:rsidR="00C17A4B" w:rsidRPr="00CE319C" w:rsidRDefault="00CE319C" w:rsidP="00225B77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Domicilio: </w:t>
      </w:r>
    </w:p>
    <w:p w:rsidR="00C17A4B" w:rsidRPr="00CE319C" w:rsidRDefault="00CE319C" w:rsidP="00225B77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Identificación catastral: </w:t>
      </w:r>
    </w:p>
    <w:p w:rsidR="00C17A4B" w:rsidRPr="00CE319C" w:rsidRDefault="00CE319C" w:rsidP="00225B77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Partida Municipal N°: </w:t>
      </w:r>
    </w:p>
    <w:p w:rsidR="00C17A4B" w:rsidRPr="00CE319C" w:rsidRDefault="00CE319C" w:rsidP="00225B77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Expediente N°: </w:t>
      </w:r>
    </w:p>
    <w:p w:rsidR="00A23662" w:rsidRPr="00A23662" w:rsidRDefault="00CE319C" w:rsidP="00225B77">
      <w:pPr>
        <w:spacing w:before="120" w:after="12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Por medio de la presente COMUNICO </w:t>
      </w:r>
      <w:r w:rsidR="005D4F84">
        <w:rPr>
          <w:rFonts w:ascii="Arial" w:hAnsi="Arial" w:cs="Arial"/>
          <w:sz w:val="24"/>
          <w:szCs w:val="24"/>
        </w:rPr>
        <w:t>la</w:t>
      </w:r>
      <w:r w:rsidRPr="00CE319C">
        <w:rPr>
          <w:rFonts w:ascii="Arial" w:hAnsi="Arial" w:cs="Arial"/>
          <w:sz w:val="24"/>
          <w:szCs w:val="24"/>
        </w:rPr>
        <w:t xml:space="preserve"> DESVINCULACIÓN </w:t>
      </w:r>
      <w:r w:rsidR="00A23662">
        <w:rPr>
          <w:rFonts w:ascii="Arial" w:hAnsi="Arial" w:cs="Arial"/>
          <w:sz w:val="24"/>
          <w:szCs w:val="24"/>
        </w:rPr>
        <w:t>del</w:t>
      </w:r>
      <w:r w:rsidRPr="00CE319C">
        <w:rPr>
          <w:rFonts w:ascii="Arial" w:hAnsi="Arial" w:cs="Arial"/>
          <w:sz w:val="24"/>
          <w:szCs w:val="24"/>
        </w:rPr>
        <w:t xml:space="preserve"> profesional  </w:t>
      </w:r>
      <w:r w:rsidR="00A23662" w:rsidRPr="00A23662">
        <w:rPr>
          <w:rFonts w:ascii="Arial" w:hAnsi="Arial" w:cs="Arial"/>
          <w:color w:val="FF0000"/>
          <w:sz w:val="24"/>
          <w:szCs w:val="24"/>
        </w:rPr>
        <w:t>[Nombre y Apellido del profesional],</w:t>
      </w:r>
      <w:r w:rsidR="00A23662" w:rsidRPr="00A23662">
        <w:rPr>
          <w:rFonts w:ascii="Arial" w:hAnsi="Arial" w:cs="Arial"/>
          <w:sz w:val="24"/>
          <w:szCs w:val="24"/>
        </w:rPr>
        <w:t xml:space="preserve"> matrícula N°</w:t>
      </w:r>
      <w:r w:rsidR="00A23662" w:rsidRPr="00A23662">
        <w:rPr>
          <w:rFonts w:ascii="Arial" w:hAnsi="Arial" w:cs="Arial"/>
          <w:color w:val="FF0000"/>
          <w:sz w:val="24"/>
          <w:szCs w:val="24"/>
        </w:rPr>
        <w:t>XXXX</w:t>
      </w:r>
      <w:r w:rsidR="00A23662" w:rsidRPr="00A23662">
        <w:rPr>
          <w:rFonts w:ascii="Arial" w:hAnsi="Arial" w:cs="Arial"/>
          <w:sz w:val="24"/>
          <w:szCs w:val="24"/>
        </w:rPr>
        <w:t xml:space="preserve">, quien se desempeña como </w:t>
      </w:r>
      <w:r w:rsidR="00A23662" w:rsidRPr="00A23662">
        <w:rPr>
          <w:rFonts w:ascii="Arial" w:hAnsi="Arial" w:cs="Arial"/>
          <w:color w:val="FF0000"/>
          <w:sz w:val="24"/>
          <w:szCs w:val="24"/>
        </w:rPr>
        <w:t>[función: Director/a de Obra, Representante Técnico, etc.],</w:t>
      </w:r>
      <w:r w:rsidR="00A23662" w:rsidRPr="00A23662">
        <w:rPr>
          <w:rFonts w:ascii="Arial" w:hAnsi="Arial" w:cs="Arial"/>
          <w:sz w:val="24"/>
          <w:szCs w:val="24"/>
        </w:rPr>
        <w:t xml:space="preserve"> respecto de la obra mencionada.</w:t>
      </w:r>
    </w:p>
    <w:p w:rsidR="00A23662" w:rsidRDefault="005D4F84" w:rsidP="00225B77">
      <w:pPr>
        <w:spacing w:before="120" w:after="12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23662">
        <w:rPr>
          <w:rFonts w:ascii="Arial" w:hAnsi="Arial" w:cs="Arial"/>
          <w:sz w:val="24"/>
          <w:szCs w:val="24"/>
        </w:rPr>
        <w:t xml:space="preserve">Se deja constancia de que, a partir de la fecha de presentación de la presente </w:t>
      </w:r>
      <w:r w:rsidR="00A23662" w:rsidRPr="00A23662">
        <w:rPr>
          <w:rFonts w:ascii="Arial" w:hAnsi="Arial" w:cs="Arial"/>
          <w:sz w:val="24"/>
          <w:szCs w:val="24"/>
        </w:rPr>
        <w:t>nota</w:t>
      </w:r>
      <w:r w:rsidRPr="00A23662">
        <w:rPr>
          <w:rFonts w:ascii="Arial" w:hAnsi="Arial" w:cs="Arial"/>
          <w:sz w:val="24"/>
          <w:szCs w:val="24"/>
        </w:rPr>
        <w:t>, el profesional mencionado no asumirá responsabilidad técnica ni legal sobre tareas, trabajos o modificaciones que se ejecuten en el inmueble</w:t>
      </w:r>
      <w:r w:rsidR="00A23662">
        <w:rPr>
          <w:rFonts w:ascii="Arial" w:hAnsi="Arial" w:cs="Arial"/>
          <w:sz w:val="24"/>
          <w:szCs w:val="24"/>
        </w:rPr>
        <w:t>.</w:t>
      </w:r>
    </w:p>
    <w:p w:rsidR="008D4BA9" w:rsidRPr="008D4BA9" w:rsidRDefault="008D4BA9" w:rsidP="00225B77">
      <w:pPr>
        <w:pStyle w:val="NormalWeb"/>
        <w:spacing w:before="120" w:beforeAutospacing="0" w:after="120" w:afterAutospacing="0" w:line="312" w:lineRule="auto"/>
        <w:jc w:val="center"/>
        <w:rPr>
          <w:i/>
          <w:color w:val="FF0000"/>
        </w:rPr>
      </w:pPr>
      <w:r w:rsidRPr="008D4BA9">
        <w:rPr>
          <w:i/>
          <w:color w:val="FF0000"/>
        </w:rPr>
        <w:t xml:space="preserve">DE ACUERDO CON LA NORMATIVA VIGENTE, EL PROPIETARIO </w:t>
      </w:r>
      <w:r w:rsidRPr="008D4BA9">
        <w:rPr>
          <w:b/>
          <w:bCs/>
          <w:i/>
          <w:color w:val="FF0000"/>
        </w:rPr>
        <w:t>TIENE LA OBLIGACIÓN DE DESIGNAR UN NUEVO PROFESIONAL</w:t>
      </w:r>
      <w:r w:rsidRPr="008D4BA9">
        <w:rPr>
          <w:i/>
          <w:color w:val="FF0000"/>
        </w:rPr>
        <w:t xml:space="preserve"> PARA P</w:t>
      </w:r>
      <w:r w:rsidR="00225B77">
        <w:rPr>
          <w:i/>
          <w:color w:val="FF0000"/>
        </w:rPr>
        <w:t xml:space="preserve">ODER DAR CONTINUIDAD A LA OBRA. </w:t>
      </w:r>
      <w:r w:rsidRPr="008D4BA9">
        <w:rPr>
          <w:i/>
          <w:color w:val="FF0000"/>
        </w:rPr>
        <w:t xml:space="preserve">EN CASO DE NO REALIZAR DICHA DESIGNACIÓN, </w:t>
      </w:r>
      <w:r w:rsidRPr="008D4BA9">
        <w:rPr>
          <w:b/>
          <w:bCs/>
          <w:i/>
          <w:color w:val="FF0000"/>
        </w:rPr>
        <w:t>LA OBRA DEBERÁ PERMANECER PARALIZADA</w:t>
      </w:r>
      <w:r w:rsidRPr="008D4BA9">
        <w:rPr>
          <w:i/>
          <w:color w:val="FF0000"/>
        </w:rPr>
        <w:t xml:space="preserve"> HASTA TANTO SE DESIGNE EL NUEVO PROFESIONAL RESPONSABLE.</w:t>
      </w:r>
    </w:p>
    <w:p w:rsidR="008D4BA9" w:rsidRPr="008D4BA9" w:rsidRDefault="00225B77" w:rsidP="00225B77">
      <w:pPr>
        <w:pStyle w:val="NormalWeb"/>
        <w:spacing w:before="120" w:beforeAutospacing="0" w:after="120" w:afterAutospacing="0" w:line="312" w:lineRule="auto"/>
        <w:jc w:val="center"/>
        <w:rPr>
          <w:i/>
          <w:color w:val="FF0000"/>
        </w:rPr>
      </w:pPr>
      <w:r>
        <w:rPr>
          <w:i/>
          <w:color w:val="FF0000"/>
        </w:rPr>
        <w:t>SI</w:t>
      </w:r>
      <w:r w:rsidR="008D4BA9" w:rsidRPr="008D4BA9">
        <w:rPr>
          <w:i/>
          <w:color w:val="FF0000"/>
        </w:rPr>
        <w:t xml:space="preserve"> YA CUENT</w:t>
      </w:r>
      <w:r>
        <w:rPr>
          <w:i/>
          <w:color w:val="FF0000"/>
        </w:rPr>
        <w:t>A</w:t>
      </w:r>
      <w:r w:rsidR="008D4BA9" w:rsidRPr="008D4BA9">
        <w:rPr>
          <w:i/>
          <w:color w:val="FF0000"/>
        </w:rPr>
        <w:t xml:space="preserve"> CON  NUEVO PROFESIONAL, </w:t>
      </w:r>
      <w:r w:rsidR="008D4BA9" w:rsidRPr="008D4BA9">
        <w:rPr>
          <w:b/>
          <w:bCs/>
          <w:i/>
          <w:color w:val="FF0000"/>
        </w:rPr>
        <w:t>PODRÁ DESIGNARLO EN LA PRESENTE NOTA</w:t>
      </w:r>
      <w:r w:rsidR="008D4BA9" w:rsidRPr="008D4BA9">
        <w:rPr>
          <w:i/>
          <w:color w:val="FF0000"/>
        </w:rPr>
        <w:t>, DEBIENDO FIRMAR AMBOS (PROPIETARIO Y NUEVO PROFESIONAL) AL PIE DE LA MISMA.</w:t>
      </w:r>
    </w:p>
    <w:p w:rsidR="0087298A" w:rsidRPr="0087298A" w:rsidRDefault="008D4BA9" w:rsidP="0014424D">
      <w:pPr>
        <w:spacing w:before="120" w:after="12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Asimismo, </w:t>
      </w:r>
      <w:r w:rsidR="00225B77">
        <w:rPr>
          <w:rFonts w:ascii="Arial" w:hAnsi="Arial" w:cs="Arial"/>
          <w:sz w:val="24"/>
          <w:szCs w:val="24"/>
          <w:lang w:val="es-MX"/>
        </w:rPr>
        <w:t>designo como nuevo</w:t>
      </w:r>
      <w:r>
        <w:rPr>
          <w:rFonts w:ascii="Arial" w:hAnsi="Arial" w:cs="Arial"/>
          <w:sz w:val="24"/>
          <w:szCs w:val="24"/>
          <w:lang w:val="es-MX"/>
        </w:rPr>
        <w:t xml:space="preserve"> profesional </w:t>
      </w:r>
      <w:r w:rsidR="00225B77">
        <w:rPr>
          <w:rFonts w:ascii="Arial" w:hAnsi="Arial" w:cs="Arial"/>
          <w:sz w:val="24"/>
          <w:szCs w:val="24"/>
          <w:lang w:val="es-MX"/>
        </w:rPr>
        <w:t xml:space="preserve">responsable al </w:t>
      </w:r>
      <w:r>
        <w:rPr>
          <w:rFonts w:ascii="Arial" w:hAnsi="Arial" w:cs="Arial"/>
          <w:sz w:val="24"/>
          <w:szCs w:val="24"/>
          <w:lang w:val="es-MX"/>
        </w:rPr>
        <w:t>(</w:t>
      </w:r>
      <w:r w:rsidRPr="00225B77">
        <w:rPr>
          <w:rFonts w:ascii="Arial" w:hAnsi="Arial" w:cs="Arial"/>
          <w:color w:val="FF0000"/>
          <w:sz w:val="24"/>
          <w:szCs w:val="24"/>
          <w:lang w:val="es-MX"/>
        </w:rPr>
        <w:t>Nombre del Arquitecto / Ingeniero / Maestro Mayor de Obra</w:t>
      </w:r>
      <w:r>
        <w:rPr>
          <w:rFonts w:ascii="Arial" w:hAnsi="Arial" w:cs="Arial"/>
          <w:sz w:val="24"/>
          <w:szCs w:val="24"/>
          <w:lang w:val="es-MX"/>
        </w:rPr>
        <w:t>), D.N.I. N°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 xml:space="preserve"> XX.XXX.XXX</w:t>
      </w:r>
      <w:r>
        <w:rPr>
          <w:rFonts w:ascii="Arial" w:hAnsi="Arial" w:cs="Arial"/>
          <w:sz w:val="24"/>
          <w:szCs w:val="24"/>
          <w:lang w:val="es-MX"/>
        </w:rPr>
        <w:t xml:space="preserve">, matrícula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XXXXX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, 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para </w:t>
      </w:r>
      <w:r w:rsidR="00225B77">
        <w:rPr>
          <w:rFonts w:ascii="Arial" w:hAnsi="Arial" w:cs="Arial"/>
          <w:sz w:val="24"/>
          <w:szCs w:val="24"/>
          <w:lang w:val="es-MX"/>
        </w:rPr>
        <w:t>desempeñarse como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Pr="00A23662">
        <w:rPr>
          <w:rFonts w:ascii="Arial" w:hAnsi="Arial" w:cs="Arial"/>
          <w:color w:val="FF0000"/>
          <w:sz w:val="24"/>
          <w:szCs w:val="24"/>
        </w:rPr>
        <w:t>[función: Director/a de Obra, Representante Técnico, etc.],</w:t>
      </w:r>
      <w:r w:rsidR="0014424D">
        <w:rPr>
          <w:rFonts w:ascii="Arial" w:hAnsi="Arial" w:cs="Arial"/>
          <w:sz w:val="24"/>
          <w:szCs w:val="24"/>
        </w:rPr>
        <w:t xml:space="preserve"> respecto de la obra mencionada, quien adjunta </w:t>
      </w:r>
      <w:r w:rsidR="0014424D">
        <w:rPr>
          <w:rFonts w:ascii="Arial" w:hAnsi="Arial" w:cs="Arial"/>
          <w:sz w:val="24"/>
          <w:szCs w:val="24"/>
        </w:rPr>
        <w:lastRenderedPageBreak/>
        <w:t>memoria descriptiva del estado de la obra</w:t>
      </w:r>
      <w:r w:rsidR="0014424D" w:rsidRPr="00CE319C">
        <w:rPr>
          <w:rFonts w:ascii="Arial" w:hAnsi="Arial" w:cs="Arial"/>
          <w:sz w:val="24"/>
          <w:szCs w:val="24"/>
        </w:rPr>
        <w:t xml:space="preserve"> </w:t>
      </w:r>
      <w:r w:rsidR="0014424D" w:rsidRPr="00CE319C">
        <w:rPr>
          <w:rStyle w:val="nfasis"/>
          <w:rFonts w:ascii="Arial" w:hAnsi="Arial" w:cs="Arial"/>
          <w:color w:val="FF0000"/>
          <w:sz w:val="24"/>
          <w:szCs w:val="24"/>
        </w:rPr>
        <w:t>(detallar el grado de avance y condiciones al momento de la desvinculación</w:t>
      </w:r>
      <w:r w:rsidR="0014424D">
        <w:rPr>
          <w:rStyle w:val="nfasis"/>
          <w:rFonts w:ascii="Arial" w:hAnsi="Arial" w:cs="Arial"/>
          <w:color w:val="FF0000"/>
          <w:sz w:val="24"/>
          <w:szCs w:val="24"/>
        </w:rPr>
        <w:t>. Agregar fotografías</w:t>
      </w:r>
      <w:r w:rsidR="0014424D" w:rsidRPr="00CE319C">
        <w:rPr>
          <w:rStyle w:val="nfasis"/>
          <w:rFonts w:ascii="Arial" w:hAnsi="Arial" w:cs="Arial"/>
          <w:color w:val="FF0000"/>
          <w:sz w:val="24"/>
          <w:szCs w:val="24"/>
        </w:rPr>
        <w:t>)</w:t>
      </w:r>
      <w:r w:rsidR="0014424D">
        <w:rPr>
          <w:rFonts w:ascii="Arial" w:hAnsi="Arial" w:cs="Arial"/>
          <w:sz w:val="24"/>
          <w:szCs w:val="24"/>
        </w:rPr>
        <w:t>.</w:t>
      </w:r>
    </w:p>
    <w:p w:rsidR="00C17A4B" w:rsidRPr="00CE319C" w:rsidRDefault="00CE319C" w:rsidP="00225B77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br/>
        <w:t xml:space="preserve">Firma del </w:t>
      </w:r>
      <w:r w:rsidR="00A23662">
        <w:rPr>
          <w:rFonts w:ascii="Arial" w:hAnsi="Arial" w:cs="Arial"/>
          <w:sz w:val="24"/>
          <w:szCs w:val="24"/>
        </w:rPr>
        <w:t>Propietario</w:t>
      </w:r>
      <w:r w:rsidRPr="00CE319C">
        <w:rPr>
          <w:rFonts w:ascii="Arial" w:hAnsi="Arial" w:cs="Arial"/>
          <w:sz w:val="24"/>
          <w:szCs w:val="24"/>
        </w:rPr>
        <w:t xml:space="preserve">: </w:t>
      </w:r>
    </w:p>
    <w:p w:rsidR="00C17A4B" w:rsidRPr="00CE319C" w:rsidRDefault="00CE319C" w:rsidP="00225B77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Aclaración: </w:t>
      </w:r>
    </w:p>
    <w:p w:rsidR="00C17A4B" w:rsidRPr="00CE319C" w:rsidRDefault="00CE319C" w:rsidP="00225B77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Matrícula N°: </w:t>
      </w:r>
    </w:p>
    <w:sectPr w:rsidR="00C17A4B" w:rsidRPr="00CE319C" w:rsidSect="0087298A">
      <w:pgSz w:w="12240" w:h="15840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5D6237"/>
    <w:multiLevelType w:val="hybridMultilevel"/>
    <w:tmpl w:val="5E705B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4424D"/>
    <w:rsid w:val="0015074B"/>
    <w:rsid w:val="00225B77"/>
    <w:rsid w:val="0029639D"/>
    <w:rsid w:val="002F0FEA"/>
    <w:rsid w:val="00326F90"/>
    <w:rsid w:val="003F0378"/>
    <w:rsid w:val="00473FA4"/>
    <w:rsid w:val="005D4F84"/>
    <w:rsid w:val="00711506"/>
    <w:rsid w:val="0079272D"/>
    <w:rsid w:val="00842905"/>
    <w:rsid w:val="0087298A"/>
    <w:rsid w:val="008D4BA9"/>
    <w:rsid w:val="00935B12"/>
    <w:rsid w:val="009752D8"/>
    <w:rsid w:val="00A23662"/>
    <w:rsid w:val="00AA1D8D"/>
    <w:rsid w:val="00B47730"/>
    <w:rsid w:val="00C17A4B"/>
    <w:rsid w:val="00CB0664"/>
    <w:rsid w:val="00CE319C"/>
    <w:rsid w:val="00DF0697"/>
    <w:rsid w:val="00ED44F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D4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4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7826A5-5455-4CCC-A695-35265D2E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281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jtouliet</cp:lastModifiedBy>
  <cp:revision>7</cp:revision>
  <dcterms:created xsi:type="dcterms:W3CDTF">2025-08-14T14:02:00Z</dcterms:created>
  <dcterms:modified xsi:type="dcterms:W3CDTF">2025-08-27T11:23:00Z</dcterms:modified>
</cp:coreProperties>
</file>