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6CE" w:rsidRPr="002C1DA6" w:rsidRDefault="002E76CE" w:rsidP="002E76CE">
      <w:pPr>
        <w:spacing w:before="120" w:after="120" w:line="360" w:lineRule="auto"/>
        <w:jc w:val="center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2C1DA6">
        <w:rPr>
          <w:rFonts w:ascii="Times New Roman" w:hAnsi="Times New Roman" w:cs="Times New Roman"/>
          <w:i/>
          <w:color w:val="FF0000"/>
          <w:sz w:val="24"/>
          <w:szCs w:val="24"/>
        </w:rPr>
        <w:t>LA PRESENTE NOTA ES A MODO DE EJEMPLO. LOS TEXTOS EN ROJO SON A COMPLETAR Y/O BORRAR SEGÚN CORRESPONDA.</w:t>
      </w:r>
    </w:p>
    <w:p w:rsidR="00CE319C" w:rsidRPr="00CE319C" w:rsidRDefault="00CE319C" w:rsidP="002E76CE">
      <w:pPr>
        <w:spacing w:before="120" w:after="120" w:line="312" w:lineRule="auto"/>
        <w:jc w:val="right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t xml:space="preserve">Concordia, </w:t>
      </w:r>
      <w:r w:rsidRPr="00CE319C">
        <w:rPr>
          <w:rFonts w:ascii="Arial" w:hAnsi="Arial" w:cs="Arial"/>
          <w:color w:val="FF0000"/>
          <w:sz w:val="24"/>
          <w:szCs w:val="24"/>
        </w:rPr>
        <w:t>XX</w:t>
      </w:r>
      <w:r w:rsidRPr="00CE319C">
        <w:rPr>
          <w:rFonts w:ascii="Arial" w:hAnsi="Arial" w:cs="Arial"/>
          <w:sz w:val="24"/>
          <w:szCs w:val="24"/>
        </w:rPr>
        <w:t xml:space="preserve"> de </w:t>
      </w:r>
      <w:r w:rsidRPr="00CE319C">
        <w:rPr>
          <w:rFonts w:ascii="Arial" w:hAnsi="Arial" w:cs="Arial"/>
          <w:color w:val="FF0000"/>
          <w:sz w:val="24"/>
          <w:szCs w:val="24"/>
        </w:rPr>
        <w:t>XXXXX</w:t>
      </w:r>
      <w:r w:rsidRPr="00CE319C">
        <w:rPr>
          <w:rFonts w:ascii="Arial" w:hAnsi="Arial" w:cs="Arial"/>
          <w:sz w:val="24"/>
          <w:szCs w:val="24"/>
        </w:rPr>
        <w:t xml:space="preserve"> de </w:t>
      </w:r>
      <w:r w:rsidRPr="00CE319C">
        <w:rPr>
          <w:rFonts w:ascii="Arial" w:hAnsi="Arial" w:cs="Arial"/>
          <w:color w:val="FF0000"/>
          <w:sz w:val="24"/>
          <w:szCs w:val="24"/>
        </w:rPr>
        <w:t>202X</w:t>
      </w:r>
    </w:p>
    <w:p w:rsidR="00C17A4B" w:rsidRPr="00CE319C" w:rsidRDefault="00CE319C" w:rsidP="002E76CE">
      <w:pPr>
        <w:spacing w:before="120" w:after="120" w:line="312" w:lineRule="auto"/>
        <w:jc w:val="right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t xml:space="preserve">Ref.: </w:t>
      </w:r>
      <w:r w:rsidR="001B574C">
        <w:rPr>
          <w:rFonts w:ascii="Arial" w:hAnsi="Arial" w:cs="Arial"/>
          <w:sz w:val="24"/>
          <w:szCs w:val="24"/>
        </w:rPr>
        <w:t>Renuncia como</w:t>
      </w:r>
      <w:r w:rsidRPr="00CE319C">
        <w:rPr>
          <w:rFonts w:ascii="Arial" w:hAnsi="Arial" w:cs="Arial"/>
          <w:sz w:val="24"/>
          <w:szCs w:val="24"/>
        </w:rPr>
        <w:t xml:space="preserve"> profesional</w:t>
      </w:r>
      <w:r w:rsidR="001B574C">
        <w:rPr>
          <w:rFonts w:ascii="Arial" w:hAnsi="Arial" w:cs="Arial"/>
          <w:sz w:val="24"/>
          <w:szCs w:val="24"/>
        </w:rPr>
        <w:t>.</w:t>
      </w:r>
    </w:p>
    <w:p w:rsidR="00CE319C" w:rsidRPr="00CE319C" w:rsidRDefault="00CE319C" w:rsidP="002E76CE">
      <w:pPr>
        <w:spacing w:after="0" w:line="312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CE319C">
        <w:rPr>
          <w:rFonts w:ascii="Arial" w:hAnsi="Arial" w:cs="Arial"/>
          <w:sz w:val="24"/>
          <w:szCs w:val="24"/>
          <w:lang w:val="es-MX"/>
        </w:rPr>
        <w:t>Sr. Intendente Municipal</w:t>
      </w:r>
    </w:p>
    <w:p w:rsidR="00CE319C" w:rsidRPr="00CE319C" w:rsidRDefault="00CE319C" w:rsidP="002E76CE">
      <w:pPr>
        <w:spacing w:after="0" w:line="312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CE319C">
        <w:rPr>
          <w:rFonts w:ascii="Arial" w:hAnsi="Arial" w:cs="Arial"/>
          <w:sz w:val="24"/>
          <w:szCs w:val="24"/>
          <w:lang w:val="es-MX"/>
        </w:rPr>
        <w:t xml:space="preserve">Dr. </w:t>
      </w:r>
      <w:proofErr w:type="spellStart"/>
      <w:r w:rsidRPr="00CE319C">
        <w:rPr>
          <w:rFonts w:ascii="Arial" w:hAnsi="Arial" w:cs="Arial"/>
          <w:sz w:val="24"/>
          <w:szCs w:val="24"/>
          <w:lang w:val="es-MX"/>
        </w:rPr>
        <w:t>Azcué</w:t>
      </w:r>
      <w:proofErr w:type="spellEnd"/>
      <w:r w:rsidRPr="00CE319C">
        <w:rPr>
          <w:rFonts w:ascii="Arial" w:hAnsi="Arial" w:cs="Arial"/>
          <w:sz w:val="24"/>
          <w:szCs w:val="24"/>
          <w:lang w:val="es-MX"/>
        </w:rPr>
        <w:t>, Francisco</w:t>
      </w:r>
    </w:p>
    <w:p w:rsidR="00CE319C" w:rsidRPr="00CE319C" w:rsidRDefault="00CE319C" w:rsidP="002E76CE">
      <w:pPr>
        <w:spacing w:after="0" w:line="312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CE319C">
        <w:rPr>
          <w:rFonts w:ascii="Arial" w:hAnsi="Arial" w:cs="Arial"/>
          <w:sz w:val="24"/>
          <w:szCs w:val="24"/>
          <w:lang w:val="es-MX"/>
        </w:rPr>
        <w:t>S/D.</w:t>
      </w:r>
    </w:p>
    <w:p w:rsidR="00C17A4B" w:rsidRPr="00CE319C" w:rsidRDefault="00CE319C" w:rsidP="002E76CE">
      <w:pPr>
        <w:spacing w:before="120" w:after="120" w:line="312" w:lineRule="auto"/>
        <w:jc w:val="both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tab/>
        <w:t xml:space="preserve">Quien subscribe, </w:t>
      </w:r>
      <w:r w:rsidRPr="00CE319C">
        <w:rPr>
          <w:rFonts w:ascii="Arial" w:hAnsi="Arial" w:cs="Arial"/>
          <w:color w:val="FF0000"/>
          <w:sz w:val="24"/>
          <w:szCs w:val="24"/>
        </w:rPr>
        <w:t>[Nombre y Apellido]</w:t>
      </w:r>
      <w:r w:rsidRPr="00CE319C">
        <w:rPr>
          <w:rFonts w:ascii="Arial" w:hAnsi="Arial" w:cs="Arial"/>
          <w:sz w:val="24"/>
          <w:szCs w:val="24"/>
        </w:rPr>
        <w:t xml:space="preserve">, D.N.I. N° </w:t>
      </w:r>
      <w:r w:rsidRPr="00CE319C">
        <w:rPr>
          <w:rFonts w:ascii="Arial" w:hAnsi="Arial" w:cs="Arial"/>
          <w:color w:val="FF0000"/>
          <w:sz w:val="24"/>
          <w:szCs w:val="24"/>
        </w:rPr>
        <w:t>XX.XXX.XXX</w:t>
      </w:r>
      <w:r w:rsidRPr="00CE319C">
        <w:rPr>
          <w:rFonts w:ascii="Arial" w:hAnsi="Arial" w:cs="Arial"/>
          <w:sz w:val="24"/>
          <w:szCs w:val="24"/>
        </w:rPr>
        <w:t xml:space="preserve">, </w:t>
      </w:r>
      <w:r w:rsidRPr="00CE319C">
        <w:rPr>
          <w:rFonts w:ascii="Arial" w:hAnsi="Arial" w:cs="Arial"/>
          <w:color w:val="FF0000"/>
          <w:sz w:val="24"/>
          <w:szCs w:val="24"/>
        </w:rPr>
        <w:t>[matrícula y colegio profesional]</w:t>
      </w:r>
      <w:r w:rsidRPr="00CE319C">
        <w:rPr>
          <w:rFonts w:ascii="Arial" w:hAnsi="Arial" w:cs="Arial"/>
          <w:sz w:val="24"/>
          <w:szCs w:val="24"/>
        </w:rPr>
        <w:t xml:space="preserve">, con domicilio legal en </w:t>
      </w:r>
      <w:r w:rsidRPr="00CE319C">
        <w:rPr>
          <w:rFonts w:ascii="Arial" w:hAnsi="Arial" w:cs="Arial"/>
          <w:color w:val="FF0000"/>
          <w:sz w:val="24"/>
          <w:szCs w:val="24"/>
        </w:rPr>
        <w:t>[calle y n°],</w:t>
      </w:r>
      <w:r w:rsidRPr="00CE319C">
        <w:rPr>
          <w:rFonts w:ascii="Arial" w:hAnsi="Arial" w:cs="Arial"/>
          <w:sz w:val="24"/>
          <w:szCs w:val="24"/>
        </w:rPr>
        <w:t xml:space="preserve"> en mi carácter de </w:t>
      </w:r>
      <w:r w:rsidRPr="00CE319C">
        <w:rPr>
          <w:rFonts w:ascii="Arial" w:hAnsi="Arial" w:cs="Arial"/>
          <w:color w:val="FF0000"/>
          <w:sz w:val="24"/>
          <w:szCs w:val="24"/>
        </w:rPr>
        <w:t>[función: Director/a de Obra, Representante Técnico, etc.]</w:t>
      </w:r>
      <w:r w:rsidRPr="00CE319C">
        <w:rPr>
          <w:rFonts w:ascii="Arial" w:hAnsi="Arial" w:cs="Arial"/>
          <w:sz w:val="24"/>
          <w:szCs w:val="24"/>
        </w:rPr>
        <w:t>, en relación a la obra ubicada en:</w:t>
      </w:r>
    </w:p>
    <w:p w:rsidR="00C17A4B" w:rsidRPr="00CE319C" w:rsidRDefault="00CE319C" w:rsidP="002E76CE">
      <w:pPr>
        <w:pStyle w:val="Prrafodelista"/>
        <w:numPr>
          <w:ilvl w:val="0"/>
          <w:numId w:val="10"/>
        </w:numPr>
        <w:spacing w:before="120" w:after="120" w:line="312" w:lineRule="auto"/>
        <w:ind w:left="1843"/>
        <w:jc w:val="both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t xml:space="preserve">Domicilio: </w:t>
      </w:r>
    </w:p>
    <w:p w:rsidR="00C17A4B" w:rsidRPr="00CE319C" w:rsidRDefault="00CE319C" w:rsidP="002E76CE">
      <w:pPr>
        <w:pStyle w:val="Prrafodelista"/>
        <w:numPr>
          <w:ilvl w:val="0"/>
          <w:numId w:val="10"/>
        </w:numPr>
        <w:spacing w:before="120" w:after="120" w:line="312" w:lineRule="auto"/>
        <w:ind w:left="1843"/>
        <w:jc w:val="both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t xml:space="preserve">Identificación catastral: </w:t>
      </w:r>
    </w:p>
    <w:p w:rsidR="00C17A4B" w:rsidRPr="00CE319C" w:rsidRDefault="00CE319C" w:rsidP="002E76CE">
      <w:pPr>
        <w:pStyle w:val="Prrafodelista"/>
        <w:numPr>
          <w:ilvl w:val="0"/>
          <w:numId w:val="10"/>
        </w:numPr>
        <w:spacing w:before="120" w:after="120" w:line="312" w:lineRule="auto"/>
        <w:ind w:left="1843"/>
        <w:jc w:val="both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t xml:space="preserve">Partida Municipal N°: </w:t>
      </w:r>
    </w:p>
    <w:p w:rsidR="00C17A4B" w:rsidRPr="00CE319C" w:rsidRDefault="00CE319C" w:rsidP="002E76CE">
      <w:pPr>
        <w:pStyle w:val="Prrafodelista"/>
        <w:numPr>
          <w:ilvl w:val="0"/>
          <w:numId w:val="10"/>
        </w:numPr>
        <w:spacing w:before="120" w:after="120" w:line="312" w:lineRule="auto"/>
        <w:ind w:left="1843"/>
        <w:jc w:val="both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t xml:space="preserve">Expediente N°: </w:t>
      </w:r>
    </w:p>
    <w:p w:rsidR="00CE319C" w:rsidRPr="00CE319C" w:rsidRDefault="00CE319C" w:rsidP="002E76CE">
      <w:pPr>
        <w:pStyle w:val="Prrafodelista"/>
        <w:numPr>
          <w:ilvl w:val="0"/>
          <w:numId w:val="10"/>
        </w:numPr>
        <w:spacing w:before="120" w:after="120" w:line="312" w:lineRule="auto"/>
        <w:ind w:left="1843"/>
        <w:jc w:val="both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t>Propietario:</w:t>
      </w:r>
    </w:p>
    <w:p w:rsidR="00CE319C" w:rsidRPr="00CE319C" w:rsidRDefault="00CE319C" w:rsidP="002E76CE">
      <w:pPr>
        <w:spacing w:before="120" w:after="120" w:line="31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t xml:space="preserve">Por medio de la presente COMUNICO mi </w:t>
      </w:r>
      <w:r w:rsidR="00EB7129">
        <w:rPr>
          <w:rFonts w:ascii="Arial" w:hAnsi="Arial" w:cs="Arial"/>
          <w:sz w:val="24"/>
          <w:szCs w:val="24"/>
        </w:rPr>
        <w:t>RENUNCIA</w:t>
      </w:r>
      <w:r w:rsidRPr="00CE319C">
        <w:rPr>
          <w:rFonts w:ascii="Arial" w:hAnsi="Arial" w:cs="Arial"/>
          <w:sz w:val="24"/>
          <w:szCs w:val="24"/>
        </w:rPr>
        <w:t xml:space="preserve"> como profesional interviniente en la obra antes mencionada, dejando constancia de que, a partir de la fecha de presentación de esta nota, no asumiré responsabilidad técnica ni legal sobre tareas, trabajos o modificaciones que se ejecuten en el inmueble.</w:t>
      </w:r>
    </w:p>
    <w:p w:rsidR="00CE319C" w:rsidRPr="00CE319C" w:rsidRDefault="00CE319C" w:rsidP="002E76CE">
      <w:pPr>
        <w:spacing w:before="120" w:after="120" w:line="31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t xml:space="preserve">MEMORIA DESCRIPTIVA DEL ESTADO DE LA OBRA </w:t>
      </w:r>
      <w:r w:rsidRPr="00CE319C">
        <w:rPr>
          <w:rStyle w:val="nfasis"/>
          <w:rFonts w:ascii="Arial" w:hAnsi="Arial" w:cs="Arial"/>
          <w:color w:val="FF0000"/>
          <w:sz w:val="24"/>
          <w:szCs w:val="24"/>
        </w:rPr>
        <w:t>(detallar el grado de avance y condiciones al momento de la desvinculación</w:t>
      </w:r>
      <w:r w:rsidR="00935B12">
        <w:rPr>
          <w:rStyle w:val="nfasis"/>
          <w:rFonts w:ascii="Arial" w:hAnsi="Arial" w:cs="Arial"/>
          <w:color w:val="FF0000"/>
          <w:sz w:val="24"/>
          <w:szCs w:val="24"/>
        </w:rPr>
        <w:t>. Agregar fotografías</w:t>
      </w:r>
      <w:r w:rsidRPr="00CE319C">
        <w:rPr>
          <w:rStyle w:val="nfasis"/>
          <w:rFonts w:ascii="Arial" w:hAnsi="Arial" w:cs="Arial"/>
          <w:color w:val="FF0000"/>
          <w:sz w:val="24"/>
          <w:szCs w:val="24"/>
        </w:rPr>
        <w:t>)</w:t>
      </w:r>
      <w:r w:rsidRPr="00CE319C">
        <w:rPr>
          <w:rFonts w:ascii="Arial" w:hAnsi="Arial" w:cs="Arial"/>
          <w:sz w:val="24"/>
          <w:szCs w:val="24"/>
        </w:rPr>
        <w:t>:</w:t>
      </w:r>
    </w:p>
    <w:p w:rsidR="00C17A4B" w:rsidRPr="00CE319C" w:rsidRDefault="00CE319C" w:rsidP="002E76CE">
      <w:pPr>
        <w:spacing w:before="120" w:after="120" w:line="312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t>Se deja constancia de que la presente comunicación se realiza a los efectos de su incorporación al expediente correspondiente y en cumplimiento de la normativa vigente.</w:t>
      </w:r>
    </w:p>
    <w:p w:rsidR="00C17A4B" w:rsidRPr="00CE319C" w:rsidRDefault="00CE319C" w:rsidP="002E76CE">
      <w:pPr>
        <w:spacing w:before="120" w:after="120" w:line="312" w:lineRule="auto"/>
        <w:jc w:val="right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br/>
        <w:t xml:space="preserve">Firma del Profesional: </w:t>
      </w:r>
    </w:p>
    <w:p w:rsidR="00C17A4B" w:rsidRPr="00CE319C" w:rsidRDefault="00CE319C" w:rsidP="002E76CE">
      <w:pPr>
        <w:spacing w:before="120" w:after="120" w:line="312" w:lineRule="auto"/>
        <w:jc w:val="right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t xml:space="preserve">Aclaración: </w:t>
      </w:r>
    </w:p>
    <w:p w:rsidR="00C17A4B" w:rsidRPr="00CE319C" w:rsidRDefault="00CE319C" w:rsidP="002E76CE">
      <w:pPr>
        <w:spacing w:before="120" w:after="120" w:line="312" w:lineRule="auto"/>
        <w:jc w:val="right"/>
        <w:rPr>
          <w:rFonts w:ascii="Arial" w:hAnsi="Arial" w:cs="Arial"/>
          <w:sz w:val="24"/>
          <w:szCs w:val="24"/>
        </w:rPr>
      </w:pPr>
      <w:r w:rsidRPr="00CE319C">
        <w:rPr>
          <w:rFonts w:ascii="Arial" w:hAnsi="Arial" w:cs="Arial"/>
          <w:sz w:val="24"/>
          <w:szCs w:val="24"/>
        </w:rPr>
        <w:t xml:space="preserve">Matrícula N°: </w:t>
      </w:r>
    </w:p>
    <w:sectPr w:rsidR="00C17A4B" w:rsidRPr="00CE319C" w:rsidSect="00EB7129">
      <w:pgSz w:w="12240" w:h="15840"/>
      <w:pgMar w:top="993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15D6237"/>
    <w:multiLevelType w:val="hybridMultilevel"/>
    <w:tmpl w:val="5E705B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1B574C"/>
    <w:rsid w:val="0029639D"/>
    <w:rsid w:val="002C1DA6"/>
    <w:rsid w:val="002E76CE"/>
    <w:rsid w:val="00326F90"/>
    <w:rsid w:val="0070718B"/>
    <w:rsid w:val="00902768"/>
    <w:rsid w:val="00935B12"/>
    <w:rsid w:val="009752D8"/>
    <w:rsid w:val="00AA1D8D"/>
    <w:rsid w:val="00AB63B2"/>
    <w:rsid w:val="00B47730"/>
    <w:rsid w:val="00C17A4B"/>
    <w:rsid w:val="00CB0664"/>
    <w:rsid w:val="00CE319C"/>
    <w:rsid w:val="00EB7129"/>
    <w:rsid w:val="00F12F36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0D7CF3-1F4B-4CD7-B2DE-E467D53C4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187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mzelayeta</cp:lastModifiedBy>
  <cp:revision>7</cp:revision>
  <dcterms:created xsi:type="dcterms:W3CDTF">2013-12-23T23:15:00Z</dcterms:created>
  <dcterms:modified xsi:type="dcterms:W3CDTF">2025-08-27T10:49:00Z</dcterms:modified>
  <cp:category/>
</cp:coreProperties>
</file>